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AE293" w14:textId="77777777" w:rsidR="00D14C96" w:rsidRDefault="00946268">
      <w:pPr>
        <w:pStyle w:val="Nagwek1"/>
      </w:pPr>
      <w:r>
        <w:t>Regulamin Grand Prix Szkoły o Puchar Dyrektora – Edycja Sportowa</w:t>
      </w:r>
    </w:p>
    <w:p w14:paraId="4B7303EF" w14:textId="77777777" w:rsidR="00D14C96" w:rsidRDefault="00D14C96"/>
    <w:p w14:paraId="166ABC32" w14:textId="77777777" w:rsidR="00D14C96" w:rsidRDefault="00946268">
      <w:r>
        <w:t>Organizator: XV Liceum Ogólnokształcące we Wrocławiu</w:t>
      </w:r>
    </w:p>
    <w:p w14:paraId="17C291E0" w14:textId="77777777" w:rsidR="00D14C96" w:rsidRDefault="00946268">
      <w:r>
        <w:t>Nazwa cyklu: Grand Prix Szkoły o Puchar Dyrektora – Edycja Sportowa</w:t>
      </w:r>
    </w:p>
    <w:p w14:paraId="1E62EB56" w14:textId="77777777" w:rsidR="00D14C96" w:rsidRDefault="00D14C96"/>
    <w:p w14:paraId="53EAF51E" w14:textId="77777777" w:rsidR="00D14C96" w:rsidRDefault="00946268">
      <w:pPr>
        <w:pStyle w:val="Nagwek2"/>
      </w:pPr>
      <w:r>
        <w:t>1. Cele imprezy</w:t>
      </w:r>
    </w:p>
    <w:p w14:paraId="77CA668C" w14:textId="77777777" w:rsidR="00D14C96" w:rsidRDefault="00946268">
      <w:pPr>
        <w:pStyle w:val="Listapunktowana"/>
      </w:pPr>
      <w:r>
        <w:t>Promowanie aktywności fizycznej i zdrowego stylu życia wśród uczniów.</w:t>
      </w:r>
    </w:p>
    <w:p w14:paraId="2ACD0338" w14:textId="77777777" w:rsidR="00D14C96" w:rsidRDefault="00946268">
      <w:pPr>
        <w:pStyle w:val="Listapunktowana"/>
      </w:pPr>
      <w:r>
        <w:t>Kształtowanie zasad współzawodnictwa i postawy fair play.</w:t>
      </w:r>
    </w:p>
    <w:p w14:paraId="160146A6" w14:textId="77777777" w:rsidR="00D14C96" w:rsidRDefault="00946268">
      <w:pPr>
        <w:pStyle w:val="Listapunktowana"/>
      </w:pPr>
      <w:r>
        <w:t>Integracja społeczności szkolnej poprzez sport.</w:t>
      </w:r>
    </w:p>
    <w:p w14:paraId="4A0016D6" w14:textId="77777777" w:rsidR="00D14C96" w:rsidRDefault="00946268">
      <w:pPr>
        <w:pStyle w:val="Listapunktowana"/>
      </w:pPr>
      <w:r>
        <w:t>Wyłonienie najlepszych sportowców i klas w roku szkolnym.</w:t>
      </w:r>
    </w:p>
    <w:p w14:paraId="0078E2FE" w14:textId="77777777" w:rsidR="00D14C96" w:rsidRDefault="00946268">
      <w:pPr>
        <w:pStyle w:val="Nagwek2"/>
      </w:pPr>
      <w:r>
        <w:t>2. Organizator</w:t>
      </w:r>
    </w:p>
    <w:p w14:paraId="38A8D62F" w14:textId="77777777" w:rsidR="00D14C96" w:rsidRDefault="00946268">
      <w:pPr>
        <w:pStyle w:val="Listapunktowana"/>
      </w:pPr>
      <w:r>
        <w:t>Organizatorem cyklu zawodów jest XV Liceum Ogólnokształcące we Wrocławiu.</w:t>
      </w:r>
    </w:p>
    <w:p w14:paraId="402D8D7C" w14:textId="77777777" w:rsidR="00D14C96" w:rsidRDefault="00946268">
      <w:pPr>
        <w:pStyle w:val="Listapunktowana"/>
      </w:pPr>
      <w:r>
        <w:t>Nadzór nad przebiegiem zawodów sprawuje Dyrektor Szkoły.</w:t>
      </w:r>
    </w:p>
    <w:p w14:paraId="2E99AD22" w14:textId="77777777" w:rsidR="00D14C96" w:rsidRDefault="00946268">
      <w:pPr>
        <w:pStyle w:val="Listapunktowana"/>
      </w:pPr>
      <w:r>
        <w:t>Za przygotowanie i przeprowadzenie poszczególnych konkurencji odpowiadają nauczyciele wychowania fizycznego.</w:t>
      </w:r>
    </w:p>
    <w:p w14:paraId="5893B815" w14:textId="77777777" w:rsidR="00D14C96" w:rsidRDefault="00946268">
      <w:pPr>
        <w:pStyle w:val="Nagwek2"/>
      </w:pPr>
      <w:r>
        <w:t>3. Uczestnicy</w:t>
      </w:r>
    </w:p>
    <w:p w14:paraId="3609E974" w14:textId="77777777" w:rsidR="00D14C96" w:rsidRDefault="00946268">
      <w:pPr>
        <w:pStyle w:val="Listapunktowana"/>
      </w:pPr>
      <w:r>
        <w:t>Uczestnikami Grand Prix mogą być wszyscy uczniowie XV LO we Wrocławiu.</w:t>
      </w:r>
    </w:p>
    <w:p w14:paraId="354DC93A" w14:textId="77777777" w:rsidR="00D14C96" w:rsidRDefault="00946268">
      <w:pPr>
        <w:pStyle w:val="Listapunktowana"/>
      </w:pPr>
      <w:r>
        <w:t>Zawody rozgrywane są indywidualnie lub drużynowo, w zależności od konkurencji.</w:t>
      </w:r>
    </w:p>
    <w:p w14:paraId="042D97DB" w14:textId="77777777" w:rsidR="00D14C96" w:rsidRDefault="00946268">
      <w:pPr>
        <w:pStyle w:val="Listapunktowana"/>
      </w:pPr>
      <w:r>
        <w:t>Każda klasa może wystawić jedną drużynę w konkurencjach zespołowych.</w:t>
      </w:r>
    </w:p>
    <w:p w14:paraId="6427619B" w14:textId="77777777" w:rsidR="00D14C96" w:rsidRDefault="00946268">
      <w:pPr>
        <w:pStyle w:val="Listapunktowana"/>
      </w:pPr>
      <w:r>
        <w:t>W zawodach obowiązuje strój sportowy i obuwie zmienne.</w:t>
      </w:r>
    </w:p>
    <w:p w14:paraId="55D86839" w14:textId="77777777" w:rsidR="00D14C96" w:rsidRDefault="00946268">
      <w:pPr>
        <w:pStyle w:val="Nagwek2"/>
      </w:pPr>
      <w:r>
        <w:t>4. Konkurencje</w:t>
      </w:r>
    </w:p>
    <w:p w14:paraId="6A2348A4" w14:textId="77777777" w:rsidR="00057DB0" w:rsidRDefault="00946268" w:rsidP="00057DB0">
      <w:pPr>
        <w:pStyle w:val="Listapunktowana"/>
      </w:pPr>
      <w:r>
        <w:t>1. Siatkówka mixt (mieszana)</w:t>
      </w:r>
    </w:p>
    <w:p w14:paraId="66A6B808" w14:textId="77777777" w:rsidR="00D14C96" w:rsidRDefault="00946268">
      <w:pPr>
        <w:pStyle w:val="Listapunktowana"/>
      </w:pPr>
      <w:r>
        <w:t>2. Piłka nożna halowa</w:t>
      </w:r>
    </w:p>
    <w:p w14:paraId="24EEFFCC" w14:textId="77777777" w:rsidR="00D14C96" w:rsidRDefault="00946268">
      <w:pPr>
        <w:pStyle w:val="Listapunktowana"/>
      </w:pPr>
      <w:r>
        <w:t>3. Szachy (indywidualnie)</w:t>
      </w:r>
    </w:p>
    <w:p w14:paraId="7FD7F65E" w14:textId="77777777" w:rsidR="00D14C96" w:rsidRDefault="00946268">
      <w:pPr>
        <w:pStyle w:val="Listapunktowana"/>
      </w:pPr>
      <w:r>
        <w:t>4. Tenis stołowy (indywidualnie)</w:t>
      </w:r>
    </w:p>
    <w:p w14:paraId="1B137C5F" w14:textId="77777777" w:rsidR="00D14C96" w:rsidRDefault="00946268">
      <w:pPr>
        <w:pStyle w:val="Listapunktowana"/>
      </w:pPr>
      <w:r>
        <w:t>5. Koszykówka 3x3</w:t>
      </w:r>
    </w:p>
    <w:p w14:paraId="55970487" w14:textId="77777777" w:rsidR="00D14C96" w:rsidRDefault="00946268">
      <w:pPr>
        <w:pStyle w:val="Listapunktowana"/>
      </w:pPr>
      <w:r>
        <w:t>6. Badminton (indywidualnie lub pary mixt)</w:t>
      </w:r>
    </w:p>
    <w:p w14:paraId="1D959BD7" w14:textId="77777777" w:rsidR="00D14C96" w:rsidRDefault="00057DB0">
      <w:pPr>
        <w:pStyle w:val="Listapunktowana"/>
      </w:pPr>
      <w:r>
        <w:t xml:space="preserve">7. </w:t>
      </w:r>
      <w:proofErr w:type="spellStart"/>
      <w:r>
        <w:t>Siatkówka</w:t>
      </w:r>
      <w:proofErr w:type="spellEnd"/>
      <w:r>
        <w:t xml:space="preserve"> </w:t>
      </w:r>
      <w:proofErr w:type="spellStart"/>
      <w:r>
        <w:t>kategoria</w:t>
      </w:r>
      <w:proofErr w:type="spellEnd"/>
      <w:r>
        <w:t xml:space="preserve"> open (</w:t>
      </w:r>
      <w:proofErr w:type="spellStart"/>
      <w:r>
        <w:t>dowolna</w:t>
      </w:r>
      <w:proofErr w:type="spellEnd"/>
      <w:r>
        <w:t xml:space="preserve"> </w:t>
      </w:r>
      <w:proofErr w:type="spellStart"/>
      <w:r>
        <w:t>liczba</w:t>
      </w:r>
      <w:proofErr w:type="spellEnd"/>
      <w:r>
        <w:t xml:space="preserve"> </w:t>
      </w:r>
      <w:proofErr w:type="spellStart"/>
      <w:r>
        <w:t>dziewcząt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chłopców</w:t>
      </w:r>
      <w:proofErr w:type="spellEnd"/>
      <w:r>
        <w:t>)</w:t>
      </w:r>
    </w:p>
    <w:p w14:paraId="0F88570F" w14:textId="77777777" w:rsidR="00057DB0" w:rsidRDefault="00057DB0">
      <w:pPr>
        <w:pStyle w:val="Listapunktowana"/>
      </w:pPr>
      <w:r>
        <w:t>8. Dart</w:t>
      </w:r>
    </w:p>
    <w:p w14:paraId="7C8086A7" w14:textId="77777777" w:rsidR="00057DB0" w:rsidRDefault="00057DB0">
      <w:pPr>
        <w:pStyle w:val="Listapunktowana"/>
      </w:pPr>
      <w:r>
        <w:t xml:space="preserve">9. </w:t>
      </w:r>
      <w:proofErr w:type="spellStart"/>
      <w:r>
        <w:t>Piłkarzyki</w:t>
      </w:r>
      <w:proofErr w:type="spellEnd"/>
      <w:r>
        <w:t xml:space="preserve"> (</w:t>
      </w:r>
      <w:proofErr w:type="spellStart"/>
      <w:r>
        <w:t>turniej</w:t>
      </w:r>
      <w:proofErr w:type="spellEnd"/>
      <w:r>
        <w:t xml:space="preserve"> par)</w:t>
      </w:r>
    </w:p>
    <w:p w14:paraId="69BABB50" w14:textId="77777777" w:rsidR="00D14C96" w:rsidRDefault="00946268">
      <w:pPr>
        <w:pStyle w:val="Listapunktowana"/>
      </w:pPr>
      <w:r>
        <w:t xml:space="preserve">Organizator może wprowadzić </w:t>
      </w:r>
      <w:proofErr w:type="spellStart"/>
      <w:r>
        <w:t>dodatkowe</w:t>
      </w:r>
      <w:proofErr w:type="spellEnd"/>
      <w:r>
        <w:t xml:space="preserve"> </w:t>
      </w:r>
      <w:proofErr w:type="spellStart"/>
      <w:r>
        <w:t>konkurencje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zm</w:t>
      </w:r>
      <w:r w:rsidR="00057DB0">
        <w:t>ienić</w:t>
      </w:r>
      <w:proofErr w:type="spellEnd"/>
      <w:r w:rsidR="00057DB0">
        <w:t xml:space="preserve"> </w:t>
      </w:r>
      <w:proofErr w:type="spellStart"/>
      <w:r w:rsidR="00057DB0">
        <w:t>kolejność</w:t>
      </w:r>
      <w:proofErr w:type="spellEnd"/>
      <w:r w:rsidR="00057DB0">
        <w:t xml:space="preserve"> ich </w:t>
      </w:r>
      <w:proofErr w:type="spellStart"/>
      <w:r w:rsidR="00057DB0">
        <w:t>rozgrywania</w:t>
      </w:r>
      <w:proofErr w:type="spellEnd"/>
      <w:r w:rsidR="00057DB0">
        <w:t xml:space="preserve">, a </w:t>
      </w:r>
      <w:proofErr w:type="spellStart"/>
      <w:r w:rsidR="00057DB0">
        <w:t>także</w:t>
      </w:r>
      <w:proofErr w:type="spellEnd"/>
      <w:r w:rsidR="00057DB0">
        <w:t xml:space="preserve"> </w:t>
      </w:r>
      <w:proofErr w:type="spellStart"/>
      <w:r w:rsidR="00057DB0">
        <w:t>usunać</w:t>
      </w:r>
      <w:proofErr w:type="spellEnd"/>
      <w:r w:rsidR="00057DB0">
        <w:t xml:space="preserve"> </w:t>
      </w:r>
      <w:proofErr w:type="spellStart"/>
      <w:r w:rsidR="00057DB0">
        <w:t>konkurecje</w:t>
      </w:r>
      <w:proofErr w:type="spellEnd"/>
      <w:r w:rsidR="00057DB0">
        <w:t xml:space="preserve"> z </w:t>
      </w:r>
      <w:proofErr w:type="spellStart"/>
      <w:r w:rsidR="00057DB0">
        <w:t>listy</w:t>
      </w:r>
      <w:proofErr w:type="spellEnd"/>
      <w:r w:rsidR="00057DB0">
        <w:t xml:space="preserve"> grand prix.</w:t>
      </w:r>
    </w:p>
    <w:p w14:paraId="3BB0D5A3" w14:textId="77777777" w:rsidR="00057DB0" w:rsidRDefault="00057DB0" w:rsidP="00057DB0">
      <w:pPr>
        <w:pStyle w:val="Listapunktowana"/>
        <w:numPr>
          <w:ilvl w:val="0"/>
          <w:numId w:val="0"/>
        </w:numPr>
        <w:ind w:left="360"/>
      </w:pPr>
    </w:p>
    <w:p w14:paraId="0A00A56F" w14:textId="77777777" w:rsidR="00D14C96" w:rsidRDefault="00946268">
      <w:pPr>
        <w:pStyle w:val="Nagwek2"/>
      </w:pPr>
      <w:r>
        <w:lastRenderedPageBreak/>
        <w:t>5. Zasady punktacji</w:t>
      </w:r>
    </w:p>
    <w:p w14:paraId="55D75748" w14:textId="77777777" w:rsidR="00D14C96" w:rsidRDefault="00946268">
      <w:pPr>
        <w:pStyle w:val="Listapunktowana"/>
      </w:pPr>
      <w:r>
        <w:t>Za każde zawody uczestnicy (lub klasy) otrzymują punkty do klasyfikacji generalnej:</w:t>
      </w:r>
    </w:p>
    <w:p w14:paraId="413C5BB1" w14:textId="77777777" w:rsidR="00D14C96" w:rsidRDefault="00057DB0">
      <w:pPr>
        <w:pStyle w:val="Listapunktowana"/>
      </w:pPr>
      <w:r>
        <w:t xml:space="preserve">   I </w:t>
      </w:r>
      <w:proofErr w:type="spellStart"/>
      <w:r>
        <w:t>miejsce</w:t>
      </w:r>
      <w:proofErr w:type="spellEnd"/>
      <w:r>
        <w:t xml:space="preserve"> – 12</w:t>
      </w:r>
      <w:r w:rsidR="00946268">
        <w:t>pkt</w:t>
      </w:r>
    </w:p>
    <w:p w14:paraId="43967CC7" w14:textId="77777777" w:rsidR="00D14C96" w:rsidRDefault="00057DB0">
      <w:pPr>
        <w:pStyle w:val="Listapunktowana"/>
      </w:pPr>
      <w:r>
        <w:t xml:space="preserve">   II </w:t>
      </w:r>
      <w:proofErr w:type="spellStart"/>
      <w:r>
        <w:t>miejsce</w:t>
      </w:r>
      <w:proofErr w:type="spellEnd"/>
      <w:r>
        <w:t xml:space="preserve"> – 10</w:t>
      </w:r>
      <w:r w:rsidR="00946268">
        <w:t xml:space="preserve"> pkt</w:t>
      </w:r>
    </w:p>
    <w:p w14:paraId="7F3DB236" w14:textId="77777777" w:rsidR="00D14C96" w:rsidRDefault="00057DB0">
      <w:pPr>
        <w:pStyle w:val="Listapunktowana"/>
      </w:pPr>
      <w:r>
        <w:t xml:space="preserve">   III </w:t>
      </w:r>
      <w:proofErr w:type="spellStart"/>
      <w:r>
        <w:t>miejsce</w:t>
      </w:r>
      <w:proofErr w:type="spellEnd"/>
      <w:r>
        <w:t xml:space="preserve"> – 8</w:t>
      </w:r>
      <w:r w:rsidR="00946268">
        <w:t xml:space="preserve"> pkt</w:t>
      </w:r>
    </w:p>
    <w:p w14:paraId="7CEAAC3D" w14:textId="77777777" w:rsidR="00D14C96" w:rsidRDefault="00057DB0">
      <w:pPr>
        <w:pStyle w:val="Listapunktowana"/>
      </w:pPr>
      <w:r>
        <w:t xml:space="preserve">   IV </w:t>
      </w:r>
      <w:proofErr w:type="spellStart"/>
      <w:r>
        <w:t>miejsce</w:t>
      </w:r>
      <w:proofErr w:type="spellEnd"/>
      <w:r>
        <w:t xml:space="preserve"> – 6</w:t>
      </w:r>
      <w:r w:rsidR="00946268">
        <w:t xml:space="preserve"> pkt</w:t>
      </w:r>
    </w:p>
    <w:p w14:paraId="51DE8C48" w14:textId="77777777" w:rsidR="00D14C96" w:rsidRDefault="00057DB0">
      <w:pPr>
        <w:pStyle w:val="Listapunktowana"/>
      </w:pPr>
      <w:r>
        <w:t xml:space="preserve">   V </w:t>
      </w:r>
      <w:proofErr w:type="spellStart"/>
      <w:r>
        <w:t>miejsce</w:t>
      </w:r>
      <w:proofErr w:type="spellEnd"/>
      <w:r>
        <w:t xml:space="preserve"> – 4</w:t>
      </w:r>
      <w:r w:rsidR="00946268">
        <w:t xml:space="preserve"> pkt</w:t>
      </w:r>
    </w:p>
    <w:p w14:paraId="61B88431" w14:textId="77777777" w:rsidR="00057DB0" w:rsidRDefault="00057DB0">
      <w:pPr>
        <w:pStyle w:val="Listapunktowana"/>
      </w:pPr>
      <w:r>
        <w:t xml:space="preserve">  VI </w:t>
      </w:r>
      <w:proofErr w:type="spellStart"/>
      <w:r>
        <w:t>miejsce</w:t>
      </w:r>
      <w:proofErr w:type="spellEnd"/>
      <w:r>
        <w:t xml:space="preserve"> – 2pkt</w:t>
      </w:r>
    </w:p>
    <w:p w14:paraId="7EB42410" w14:textId="77777777" w:rsidR="00D14C96" w:rsidRDefault="00946268">
      <w:pPr>
        <w:pStyle w:val="Listapunktowana"/>
      </w:pPr>
      <w:r>
        <w:t xml:space="preserve">   Udział – 1 pkt</w:t>
      </w:r>
    </w:p>
    <w:p w14:paraId="5FD878F7" w14:textId="77777777" w:rsidR="00D14C96" w:rsidRDefault="00946268">
      <w:pPr>
        <w:pStyle w:val="Listapunktowana"/>
      </w:pPr>
      <w:r>
        <w:t>Do klasyfikacji końcowej zalicza się wszystkie konkurencje.</w:t>
      </w:r>
    </w:p>
    <w:p w14:paraId="0EA57F04" w14:textId="77777777" w:rsidR="00D14C96" w:rsidRDefault="00946268">
      <w:pPr>
        <w:pStyle w:val="Listapunktowana"/>
      </w:pPr>
      <w:r>
        <w:t>W przypadku równej liczby punktów decyduje większa liczba zwycięstw, a następnie wynik w zawodach o największej liczbie uczestników.</w:t>
      </w:r>
    </w:p>
    <w:p w14:paraId="7E06636A" w14:textId="77777777" w:rsidR="00D14C96" w:rsidRDefault="00946268">
      <w:pPr>
        <w:pStyle w:val="Nagwek2"/>
      </w:pPr>
      <w:r>
        <w:t>6. Klasyfikacja</w:t>
      </w:r>
    </w:p>
    <w:p w14:paraId="5620C4BB" w14:textId="77777777" w:rsidR="00D14C96" w:rsidRDefault="00946268">
      <w:pPr>
        <w:pStyle w:val="Listapunktowana"/>
      </w:pPr>
      <w:proofErr w:type="spellStart"/>
      <w:r>
        <w:t>Prowadzona</w:t>
      </w:r>
      <w:proofErr w:type="spellEnd"/>
      <w:r>
        <w:t xml:space="preserve"> jest </w:t>
      </w:r>
      <w:proofErr w:type="spellStart"/>
      <w:r>
        <w:t>klasyfikacja</w:t>
      </w:r>
      <w:proofErr w:type="spellEnd"/>
      <w:r>
        <w:t xml:space="preserve"> </w:t>
      </w:r>
      <w:proofErr w:type="spellStart"/>
      <w:r>
        <w:t>drużynowa</w:t>
      </w:r>
      <w:proofErr w:type="spellEnd"/>
      <w:r>
        <w:t xml:space="preserve"> (</w:t>
      </w:r>
      <w:proofErr w:type="spellStart"/>
      <w:r>
        <w:t>klasowa</w:t>
      </w:r>
      <w:proofErr w:type="spellEnd"/>
      <w:r>
        <w:t>).</w:t>
      </w:r>
    </w:p>
    <w:p w14:paraId="42281113" w14:textId="77777777" w:rsidR="00D14C96" w:rsidRDefault="00946268">
      <w:pPr>
        <w:pStyle w:val="Listapunktowana"/>
      </w:pPr>
      <w:r>
        <w:t>W klasyfikacji klasowej sumowane są punkty zdobyte przez uczniów danej klasy, również w konkurencjach indywidualnych.</w:t>
      </w:r>
    </w:p>
    <w:p w14:paraId="1623E943" w14:textId="77777777" w:rsidR="00D14C96" w:rsidRDefault="00946268">
      <w:pPr>
        <w:pStyle w:val="Listapunktowana"/>
      </w:pPr>
      <w:r>
        <w:t>Tytuł Mistrza Grand Prix Szkoły otrzymuje klasa z najwyższą liczbą punktów w klasyfikacji generalnej.</w:t>
      </w:r>
    </w:p>
    <w:p w14:paraId="7AB85D45" w14:textId="77777777" w:rsidR="00D14C96" w:rsidRDefault="00946268">
      <w:pPr>
        <w:pStyle w:val="Nagwek2"/>
      </w:pPr>
      <w:r>
        <w:t>7. Terminy i organizacja zawodów</w:t>
      </w:r>
    </w:p>
    <w:p w14:paraId="0DDF072C" w14:textId="77777777" w:rsidR="00D14C96" w:rsidRDefault="00946268">
      <w:pPr>
        <w:pStyle w:val="Listapunktowana"/>
      </w:pPr>
      <w:r>
        <w:t>Poszczególne konkurencje rozgrywane będą zgodnie z harmonogramem ogłoszonym przez nauczycieli wychowania fizycznego.</w:t>
      </w:r>
    </w:p>
    <w:p w14:paraId="4022D410" w14:textId="77777777" w:rsidR="00D14C96" w:rsidRDefault="00946268">
      <w:pPr>
        <w:pStyle w:val="Listapunktowana"/>
      </w:pPr>
      <w:r>
        <w:t>Terminy zawodów zostaną podane z co najmniej tygodniowym wyprzedzeniem.</w:t>
      </w:r>
    </w:p>
    <w:p w14:paraId="132E42AE" w14:textId="77777777" w:rsidR="00D14C96" w:rsidRDefault="00946268">
      <w:pPr>
        <w:pStyle w:val="Listapunktowana"/>
      </w:pPr>
      <w:r>
        <w:t xml:space="preserve">Wszystkie zawody </w:t>
      </w:r>
      <w:proofErr w:type="spellStart"/>
      <w:r>
        <w:t>odbywają</w:t>
      </w:r>
      <w:proofErr w:type="spellEnd"/>
      <w:r>
        <w:t xml:space="preserve"> </w:t>
      </w:r>
      <w:proofErr w:type="spellStart"/>
      <w:r>
        <w:t>się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terenie</w:t>
      </w:r>
      <w:proofErr w:type="spellEnd"/>
      <w:r>
        <w:t xml:space="preserve"> </w:t>
      </w:r>
      <w:proofErr w:type="spellStart"/>
      <w:r>
        <w:t>szkoły</w:t>
      </w:r>
      <w:proofErr w:type="spellEnd"/>
      <w:r>
        <w:t xml:space="preserve"> (sa</w:t>
      </w:r>
      <w:r w:rsidR="00057DB0">
        <w:t xml:space="preserve">la </w:t>
      </w:r>
      <w:proofErr w:type="spellStart"/>
      <w:r w:rsidR="00057DB0">
        <w:t>gimnastyczna</w:t>
      </w:r>
      <w:proofErr w:type="spellEnd"/>
      <w:r w:rsidR="00057DB0">
        <w:t xml:space="preserve">, sala 218, </w:t>
      </w:r>
      <w:proofErr w:type="spellStart"/>
      <w:r w:rsidR="00057DB0">
        <w:t>salka</w:t>
      </w:r>
      <w:proofErr w:type="spellEnd"/>
      <w:r w:rsidR="00057DB0">
        <w:t xml:space="preserve"> </w:t>
      </w:r>
      <w:proofErr w:type="spellStart"/>
      <w:r w:rsidR="00057DB0">
        <w:t>gimnastyczna</w:t>
      </w:r>
      <w:proofErr w:type="spellEnd"/>
      <w:r w:rsidR="00057DB0">
        <w:t xml:space="preserve">, </w:t>
      </w:r>
      <w:proofErr w:type="spellStart"/>
      <w:r w:rsidR="00057DB0">
        <w:t>korytarz</w:t>
      </w:r>
      <w:proofErr w:type="spellEnd"/>
      <w:r>
        <w:t xml:space="preserve"> – w </w:t>
      </w:r>
      <w:proofErr w:type="spellStart"/>
      <w:r>
        <w:t>zależności</w:t>
      </w:r>
      <w:proofErr w:type="spellEnd"/>
      <w:r>
        <w:t xml:space="preserve"> od konkurencji).</w:t>
      </w:r>
    </w:p>
    <w:p w14:paraId="70C0D105" w14:textId="77777777" w:rsidR="00D14C96" w:rsidRDefault="00946268">
      <w:pPr>
        <w:pStyle w:val="Nagwek2"/>
      </w:pPr>
      <w:r>
        <w:t>8. Zasady fair play i bezpieczeństwa</w:t>
      </w:r>
    </w:p>
    <w:p w14:paraId="301F956B" w14:textId="77777777" w:rsidR="00D14C96" w:rsidRDefault="00946268">
      <w:pPr>
        <w:pStyle w:val="Listapunktowana"/>
      </w:pPr>
      <w:r>
        <w:t>Wszyscy uczestnicy zobowiązani są do przestrzegania zasad fair play.</w:t>
      </w:r>
    </w:p>
    <w:p w14:paraId="46B3F33A" w14:textId="77777777" w:rsidR="00D14C96" w:rsidRDefault="00946268">
      <w:pPr>
        <w:pStyle w:val="Listapunktowana"/>
      </w:pPr>
      <w:r>
        <w:t>Uczestnicy startują na własną odpowiedzialność.</w:t>
      </w:r>
    </w:p>
    <w:p w14:paraId="0086CB3F" w14:textId="77777777" w:rsidR="00D14C96" w:rsidRDefault="00946268">
      <w:pPr>
        <w:pStyle w:val="Listapunktowana"/>
      </w:pPr>
      <w:r>
        <w:t>Organizatorzy zapewniają opiekę nauczycieli i przestrzeganie zasad bezpieczeństwa w czasie zawodów.</w:t>
      </w:r>
    </w:p>
    <w:p w14:paraId="4E2FD4D3" w14:textId="77777777" w:rsidR="00D14C96" w:rsidRDefault="00946268">
      <w:pPr>
        <w:pStyle w:val="Listapunktowana"/>
      </w:pPr>
      <w:r>
        <w:t>Niesportowe zachowanie może skutkować dyskwalifikacją drużyny lub uczestnika.</w:t>
      </w:r>
    </w:p>
    <w:p w14:paraId="1C04918D" w14:textId="77777777" w:rsidR="00D14C96" w:rsidRDefault="00946268">
      <w:pPr>
        <w:pStyle w:val="Nagwek2"/>
      </w:pPr>
      <w:r>
        <w:t>9. Nagrody</w:t>
      </w:r>
    </w:p>
    <w:p w14:paraId="76508691" w14:textId="77777777" w:rsidR="00D14C96" w:rsidRDefault="00946268">
      <w:pPr>
        <w:pStyle w:val="Listapunktowana"/>
      </w:pPr>
      <w:r>
        <w:t>Zwycięzcy klasyfikacji generalnej otrzymują Puchar Dyrekto</w:t>
      </w:r>
      <w:r w:rsidR="00627366">
        <w:t xml:space="preserve">ra XV LO we </w:t>
      </w:r>
      <w:proofErr w:type="spellStart"/>
      <w:r w:rsidR="00627366">
        <w:t>Wrocławiu</w:t>
      </w:r>
      <w:proofErr w:type="spellEnd"/>
      <w:r w:rsidR="00627366">
        <w:t xml:space="preserve">, </w:t>
      </w:r>
      <w:proofErr w:type="spellStart"/>
      <w:r w:rsidR="00627366">
        <w:t>dyplomy</w:t>
      </w:r>
      <w:proofErr w:type="spellEnd"/>
      <w:r w:rsidR="00627366">
        <w:t>.</w:t>
      </w:r>
    </w:p>
    <w:p w14:paraId="0A47594C" w14:textId="4B8DDEF4" w:rsidR="00D14C96" w:rsidRDefault="00946268">
      <w:pPr>
        <w:pStyle w:val="Listapunktowana"/>
      </w:pPr>
      <w:proofErr w:type="spellStart"/>
      <w:r>
        <w:t>Laureaci</w:t>
      </w:r>
      <w:proofErr w:type="spellEnd"/>
      <w:r>
        <w:t xml:space="preserve"> </w:t>
      </w:r>
      <w:proofErr w:type="spellStart"/>
      <w:r>
        <w:t>poszczególnych</w:t>
      </w:r>
      <w:proofErr w:type="spellEnd"/>
      <w:r>
        <w:t xml:space="preserve"> </w:t>
      </w:r>
      <w:proofErr w:type="spellStart"/>
      <w:r>
        <w:t>konkurencji</w:t>
      </w:r>
      <w:proofErr w:type="spellEnd"/>
      <w:r>
        <w:t xml:space="preserve"> </w:t>
      </w:r>
      <w:proofErr w:type="spellStart"/>
      <w:r>
        <w:t>otrzymują</w:t>
      </w:r>
      <w:proofErr w:type="spellEnd"/>
      <w:r>
        <w:t xml:space="preserve"> </w:t>
      </w:r>
      <w:proofErr w:type="spellStart"/>
      <w:r>
        <w:t>dyplomy</w:t>
      </w:r>
      <w:proofErr w:type="spellEnd"/>
      <w:r>
        <w:t xml:space="preserve"> </w:t>
      </w:r>
      <w:proofErr w:type="spellStart"/>
      <w:r>
        <w:t>lub</w:t>
      </w:r>
      <w:proofErr w:type="spellEnd"/>
      <w:r>
        <w:t xml:space="preserve"> </w:t>
      </w:r>
      <w:proofErr w:type="spellStart"/>
      <w:r>
        <w:t>nagrody</w:t>
      </w:r>
      <w:proofErr w:type="spellEnd"/>
      <w:r>
        <w:t xml:space="preserve"> </w:t>
      </w:r>
      <w:proofErr w:type="spellStart"/>
      <w:r>
        <w:t>rzeczowe</w:t>
      </w:r>
      <w:proofErr w:type="spellEnd"/>
      <w:r w:rsidR="006E74B2">
        <w:t xml:space="preserve"> </w:t>
      </w:r>
      <w:proofErr w:type="spellStart"/>
      <w:r w:rsidR="006E74B2">
        <w:t>ufundowane</w:t>
      </w:r>
      <w:proofErr w:type="spellEnd"/>
      <w:r w:rsidR="006E74B2">
        <w:t xml:space="preserve"> </w:t>
      </w:r>
      <w:proofErr w:type="spellStart"/>
      <w:r w:rsidR="006E74B2">
        <w:t>przez</w:t>
      </w:r>
      <w:proofErr w:type="spellEnd"/>
      <w:r w:rsidR="006E74B2">
        <w:t xml:space="preserve"> </w:t>
      </w:r>
      <w:proofErr w:type="spellStart"/>
      <w:r w:rsidR="006E74B2">
        <w:t>Radę</w:t>
      </w:r>
      <w:proofErr w:type="spellEnd"/>
      <w:r w:rsidR="006E74B2">
        <w:t xml:space="preserve"> </w:t>
      </w:r>
      <w:proofErr w:type="spellStart"/>
      <w:r w:rsidR="006E74B2">
        <w:t>Rodziców</w:t>
      </w:r>
      <w:proofErr w:type="spellEnd"/>
      <w:r>
        <w:t>.</w:t>
      </w:r>
    </w:p>
    <w:p w14:paraId="6E396C62" w14:textId="330AF3E4" w:rsidR="00D14C96" w:rsidRDefault="00946268">
      <w:pPr>
        <w:pStyle w:val="Listapunktowana"/>
      </w:pPr>
      <w:proofErr w:type="spellStart"/>
      <w:r>
        <w:t>Wręczenie</w:t>
      </w:r>
      <w:proofErr w:type="spellEnd"/>
      <w:r>
        <w:t xml:space="preserve"> </w:t>
      </w:r>
      <w:proofErr w:type="spellStart"/>
      <w:r>
        <w:t>nagród</w:t>
      </w:r>
      <w:proofErr w:type="spellEnd"/>
      <w:r w:rsidR="006E74B2">
        <w:t xml:space="preserve"> za Grand Prix </w:t>
      </w:r>
      <w:proofErr w:type="spellStart"/>
      <w:r>
        <w:t>nastąpi</w:t>
      </w:r>
      <w:proofErr w:type="spellEnd"/>
      <w:r>
        <w:t xml:space="preserve"> </w:t>
      </w:r>
      <w:proofErr w:type="spellStart"/>
      <w:r>
        <w:t>podczas</w:t>
      </w:r>
      <w:proofErr w:type="spellEnd"/>
      <w:r>
        <w:t xml:space="preserve"> </w:t>
      </w:r>
      <w:proofErr w:type="spellStart"/>
      <w:r>
        <w:t>uroczystego</w:t>
      </w:r>
      <w:proofErr w:type="spellEnd"/>
      <w:r>
        <w:t xml:space="preserve"> </w:t>
      </w:r>
      <w:proofErr w:type="spellStart"/>
      <w:r>
        <w:t>zakończenia</w:t>
      </w:r>
      <w:proofErr w:type="spellEnd"/>
      <w:r>
        <w:t xml:space="preserve"> </w:t>
      </w:r>
      <w:proofErr w:type="spellStart"/>
      <w:r>
        <w:t>roku</w:t>
      </w:r>
      <w:proofErr w:type="spellEnd"/>
      <w:r>
        <w:t xml:space="preserve"> </w:t>
      </w:r>
      <w:proofErr w:type="spellStart"/>
      <w:r>
        <w:t>szkolnego</w:t>
      </w:r>
      <w:proofErr w:type="spellEnd"/>
      <w:r>
        <w:t xml:space="preserve"> </w:t>
      </w:r>
      <w:proofErr w:type="spellStart"/>
      <w:r>
        <w:t>klas</w:t>
      </w:r>
      <w:proofErr w:type="spellEnd"/>
      <w:r>
        <w:t xml:space="preserve"> IV</w:t>
      </w:r>
      <w:r w:rsidR="006E74B2">
        <w:t xml:space="preserve">. </w:t>
      </w:r>
    </w:p>
    <w:p w14:paraId="69828B6F" w14:textId="541EB76B" w:rsidR="006E74B2" w:rsidRDefault="006E74B2">
      <w:pPr>
        <w:pStyle w:val="Listapunktowana"/>
      </w:pPr>
      <w:proofErr w:type="spellStart"/>
      <w:r>
        <w:lastRenderedPageBreak/>
        <w:t>Pamiątkowe</w:t>
      </w:r>
      <w:proofErr w:type="spellEnd"/>
      <w:r>
        <w:t xml:space="preserve"> </w:t>
      </w:r>
      <w:proofErr w:type="spellStart"/>
      <w:r>
        <w:t>statuetki</w:t>
      </w:r>
      <w:proofErr w:type="spellEnd"/>
      <w:r>
        <w:t xml:space="preserve"> </w:t>
      </w:r>
      <w:proofErr w:type="spellStart"/>
      <w:r>
        <w:t>dla</w:t>
      </w:r>
      <w:proofErr w:type="spellEnd"/>
      <w:r>
        <w:t xml:space="preserve"> </w:t>
      </w:r>
      <w:proofErr w:type="spellStart"/>
      <w:r>
        <w:t>drużyny</w:t>
      </w:r>
      <w:proofErr w:type="spellEnd"/>
      <w:r>
        <w:t xml:space="preserve"> </w:t>
      </w:r>
      <w:proofErr w:type="spellStart"/>
      <w:r>
        <w:t>zwycięzców</w:t>
      </w:r>
      <w:proofErr w:type="spellEnd"/>
      <w:r>
        <w:t xml:space="preserve"> w </w:t>
      </w:r>
      <w:proofErr w:type="spellStart"/>
      <w:r>
        <w:t>całym</w:t>
      </w:r>
      <w:proofErr w:type="spellEnd"/>
      <w:r>
        <w:t xml:space="preserve"> </w:t>
      </w:r>
      <w:proofErr w:type="spellStart"/>
      <w:r>
        <w:t>cyklu</w:t>
      </w:r>
      <w:proofErr w:type="spellEnd"/>
      <w:r>
        <w:t xml:space="preserve"> Grand Prix </w:t>
      </w:r>
      <w:proofErr w:type="spellStart"/>
      <w:r>
        <w:t>ufunduje</w:t>
      </w:r>
      <w:proofErr w:type="spellEnd"/>
      <w:r>
        <w:t xml:space="preserve"> Rada Rodziców.</w:t>
      </w:r>
    </w:p>
    <w:p w14:paraId="2BFFD926" w14:textId="77777777" w:rsidR="00627366" w:rsidRDefault="00627366" w:rsidP="00627366">
      <w:pPr>
        <w:pStyle w:val="Listapunktowana"/>
        <w:numPr>
          <w:ilvl w:val="0"/>
          <w:numId w:val="0"/>
        </w:numPr>
        <w:ind w:left="360" w:hanging="360"/>
      </w:pPr>
    </w:p>
    <w:p w14:paraId="113A4FB7" w14:textId="77777777" w:rsidR="00627366" w:rsidRDefault="00627366" w:rsidP="00627366">
      <w:pPr>
        <w:pStyle w:val="Listapunktowana"/>
        <w:numPr>
          <w:ilvl w:val="0"/>
          <w:numId w:val="0"/>
        </w:numPr>
        <w:ind w:left="360" w:hanging="360"/>
      </w:pPr>
    </w:p>
    <w:p w14:paraId="0510C8D8" w14:textId="77777777" w:rsidR="00D14C96" w:rsidRDefault="00946268">
      <w:pPr>
        <w:pStyle w:val="Nagwek2"/>
      </w:pPr>
      <w:r>
        <w:t>10. Postanowienia końcowe</w:t>
      </w:r>
    </w:p>
    <w:p w14:paraId="6FF5C422" w14:textId="77777777" w:rsidR="00D14C96" w:rsidRDefault="00946268">
      <w:pPr>
        <w:pStyle w:val="Listapunktowana"/>
      </w:pPr>
      <w:proofErr w:type="spellStart"/>
      <w:r>
        <w:t>Udział</w:t>
      </w:r>
      <w:proofErr w:type="spellEnd"/>
      <w:r>
        <w:t xml:space="preserve"> w </w:t>
      </w:r>
      <w:proofErr w:type="spellStart"/>
      <w:r>
        <w:t>zawodach</w:t>
      </w:r>
      <w:proofErr w:type="spellEnd"/>
      <w:r>
        <w:t xml:space="preserve"> jest równoznaczny z akceptacją niniejszego regulaminu.</w:t>
      </w:r>
    </w:p>
    <w:p w14:paraId="427238FF" w14:textId="77777777" w:rsidR="00D14C96" w:rsidRDefault="00946268">
      <w:pPr>
        <w:pStyle w:val="Listapunktowana"/>
      </w:pPr>
      <w:r>
        <w:t>Organizator zastrzega sobie prawo do wprowadzenia zmian w harmonogramie zawodów z przyczyn organizacyjnych.</w:t>
      </w:r>
    </w:p>
    <w:p w14:paraId="33017703" w14:textId="77777777" w:rsidR="00D14C96" w:rsidRDefault="00946268">
      <w:pPr>
        <w:pStyle w:val="Listapunktowana"/>
      </w:pPr>
      <w:r>
        <w:t xml:space="preserve">W </w:t>
      </w:r>
      <w:proofErr w:type="spellStart"/>
      <w:r>
        <w:t>sprawach</w:t>
      </w:r>
      <w:proofErr w:type="spellEnd"/>
      <w:r>
        <w:t xml:space="preserve"> </w:t>
      </w:r>
      <w:proofErr w:type="spellStart"/>
      <w:r>
        <w:t>spornych</w:t>
      </w:r>
      <w:proofErr w:type="spellEnd"/>
      <w:r>
        <w:t xml:space="preserve"> </w:t>
      </w:r>
      <w:proofErr w:type="spellStart"/>
      <w:r>
        <w:t>decyzję</w:t>
      </w:r>
      <w:proofErr w:type="spellEnd"/>
      <w:r>
        <w:t xml:space="preserve"> </w:t>
      </w:r>
      <w:proofErr w:type="spellStart"/>
      <w:r>
        <w:t>podejmuje</w:t>
      </w:r>
      <w:proofErr w:type="spellEnd"/>
      <w:r>
        <w:t xml:space="preserve"> </w:t>
      </w:r>
      <w:proofErr w:type="spellStart"/>
      <w:r>
        <w:t>Komisja</w:t>
      </w:r>
      <w:proofErr w:type="spellEnd"/>
      <w:r>
        <w:t xml:space="preserve"> </w:t>
      </w:r>
      <w:proofErr w:type="spellStart"/>
      <w:r>
        <w:t>Organizacyjna</w:t>
      </w:r>
      <w:proofErr w:type="spellEnd"/>
      <w:r>
        <w:t>.</w:t>
      </w:r>
    </w:p>
    <w:p w14:paraId="5A3F88E7" w14:textId="77777777" w:rsidR="00057DB0" w:rsidRDefault="00057DB0" w:rsidP="00057DB0">
      <w:pPr>
        <w:pStyle w:val="Listapunktowana"/>
        <w:numPr>
          <w:ilvl w:val="0"/>
          <w:numId w:val="0"/>
        </w:numPr>
        <w:ind w:left="360"/>
      </w:pPr>
    </w:p>
    <w:p w14:paraId="5273E573" w14:textId="77777777" w:rsidR="00057DB0" w:rsidRDefault="00057DB0" w:rsidP="00057DB0">
      <w:pPr>
        <w:pStyle w:val="Listapunktowana"/>
        <w:numPr>
          <w:ilvl w:val="0"/>
          <w:numId w:val="0"/>
        </w:numPr>
        <w:ind w:left="360"/>
      </w:pPr>
    </w:p>
    <w:p w14:paraId="43365D52" w14:textId="77777777" w:rsidR="00057DB0" w:rsidRDefault="00057DB0" w:rsidP="00057DB0">
      <w:pPr>
        <w:pStyle w:val="Listapunktowana"/>
        <w:numPr>
          <w:ilvl w:val="0"/>
          <w:numId w:val="0"/>
        </w:numPr>
        <w:ind w:left="360"/>
        <w:jc w:val="right"/>
      </w:pPr>
      <w:proofErr w:type="spellStart"/>
      <w:r>
        <w:t>Organizator</w:t>
      </w:r>
      <w:proofErr w:type="spellEnd"/>
    </w:p>
    <w:p w14:paraId="17A6E5E3" w14:textId="77777777" w:rsidR="00057DB0" w:rsidRDefault="00057DB0" w:rsidP="00057DB0">
      <w:pPr>
        <w:pStyle w:val="Listapunktowana"/>
        <w:numPr>
          <w:ilvl w:val="0"/>
          <w:numId w:val="0"/>
        </w:numPr>
        <w:ind w:left="360"/>
        <w:jc w:val="right"/>
      </w:pPr>
      <w:proofErr w:type="spellStart"/>
      <w:r>
        <w:t>Nauczyciele</w:t>
      </w:r>
      <w:proofErr w:type="spellEnd"/>
      <w:r>
        <w:t xml:space="preserve"> WF</w:t>
      </w:r>
    </w:p>
    <w:sectPr w:rsidR="00057DB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91514229">
    <w:abstractNumId w:val="8"/>
  </w:num>
  <w:num w:numId="2" w16cid:durableId="1547060436">
    <w:abstractNumId w:val="6"/>
  </w:num>
  <w:num w:numId="3" w16cid:durableId="604114702">
    <w:abstractNumId w:val="5"/>
  </w:num>
  <w:num w:numId="4" w16cid:durableId="2122797076">
    <w:abstractNumId w:val="4"/>
  </w:num>
  <w:num w:numId="5" w16cid:durableId="317156492">
    <w:abstractNumId w:val="7"/>
  </w:num>
  <w:num w:numId="6" w16cid:durableId="2010985380">
    <w:abstractNumId w:val="3"/>
  </w:num>
  <w:num w:numId="7" w16cid:durableId="622007554">
    <w:abstractNumId w:val="2"/>
  </w:num>
  <w:num w:numId="8" w16cid:durableId="1937057047">
    <w:abstractNumId w:val="1"/>
  </w:num>
  <w:num w:numId="9" w16cid:durableId="730538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730"/>
    <w:rsid w:val="00032BEF"/>
    <w:rsid w:val="00034616"/>
    <w:rsid w:val="00057DB0"/>
    <w:rsid w:val="0006063C"/>
    <w:rsid w:val="0015074B"/>
    <w:rsid w:val="0029639D"/>
    <w:rsid w:val="00314886"/>
    <w:rsid w:val="00326F90"/>
    <w:rsid w:val="00627366"/>
    <w:rsid w:val="006E74B2"/>
    <w:rsid w:val="00946268"/>
    <w:rsid w:val="00AA1D8D"/>
    <w:rsid w:val="00B47730"/>
    <w:rsid w:val="00CB0664"/>
    <w:rsid w:val="00D14C96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E76DCD"/>
  <w15:docId w15:val="{2C76167F-81C8-E745-B586-FF633CF37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503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Adrian Kochan</cp:lastModifiedBy>
  <cp:revision>6</cp:revision>
  <dcterms:created xsi:type="dcterms:W3CDTF">2025-10-12T16:17:00Z</dcterms:created>
  <dcterms:modified xsi:type="dcterms:W3CDTF">2025-12-16T14:39:00Z</dcterms:modified>
</cp:coreProperties>
</file>